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ДОГОВОР ПРОКАТА № ____</w:t>
      </w:r>
    </w:p>
    <w:p>
      <w:r>
        <w:t>г. ____________                                                                 «___» __________ 20__ г.</w:t>
      </w:r>
    </w:p>
    <w:p>
      <w:r>
        <w:t>____________________ (наименование проката), именуемое в дальнейшем «Арендодатель», в лице ____________________, и гражданин(ка) ____________________, паспорт/документ ____________________, телефон ____________________, адрес ____________________, именуемый(ая) в дальнейшем «Арендатор», заключили настоящий договор о нижеследующем.</w:t>
      </w:r>
    </w:p>
    <w:p>
      <w:r>
        <w:rPr>
          <w:b/>
        </w:rPr>
        <w:t>1. Предмет договора</w:t>
      </w:r>
    </w:p>
    <w:p>
      <w:r>
        <w:t>1.1. Арендодатель передаёт, а Арендатор принимает во временное пользование имущество: ____________________ (тип, модель), инвентарный/серийный номер ____________________, комплектация: ____________________.</w:t>
      </w:r>
    </w:p>
    <w:p>
      <w:r>
        <w:t>1.2. Арендатор осмотрел имущество в присутствии Арендодателя, получил его в исправном состоянии и ознакомлен с правилами эксплуатации и техники безопасности. Имеющиеся повреждения: ____________________.</w:t>
      </w:r>
    </w:p>
    <w:p>
      <w:r>
        <w:rPr>
          <w:b/>
        </w:rPr>
        <w:t>2. Срок проката</w:t>
      </w:r>
    </w:p>
    <w:p>
      <w:r>
        <w:t>2.1. Срок проката: с __:__ «___» ________ 20__ г. до __:__ «___» ________ 20__ г.</w:t>
      </w:r>
    </w:p>
    <w:p>
      <w:r>
        <w:t>2.2. Продление срока возможно по согласованию сторон при условии оплаты продлённого срока.</w:t>
      </w:r>
    </w:p>
    <w:p>
      <w:r>
        <w:rPr>
          <w:b/>
        </w:rPr>
        <w:t>3. Стоимость и порядок расчётов</w:t>
      </w:r>
    </w:p>
    <w:p>
      <w:r>
        <w:t>3.1. Стоимость проката по тарифу «____________» составляет ________ (________________).</w:t>
      </w:r>
    </w:p>
    <w:p>
      <w:r>
        <w:t>3.2. Оплата производится при выдаче имущества.</w:t>
      </w:r>
    </w:p>
    <w:p>
      <w:r>
        <w:t>3.3. Арендатор вносит обеспечительный платёж (залог) в размере ________. Обеспечительный платёж возвращается при возврате имущества в срок и в исправном состоянии. Из него удерживаются плата за просрочку возврата и стоимость ремонта повреждений.</w:t>
      </w:r>
    </w:p>
    <w:p>
      <w:r>
        <w:rPr>
          <w:b/>
        </w:rPr>
        <w:t>4. Права и обязанности сторон</w:t>
      </w:r>
    </w:p>
    <w:p>
      <w:r>
        <w:t>4.1. Арендатор обязуется использовать имущество по назначению, бережно, соблюдать правила дорожного движения и техники безопасности.</w:t>
      </w:r>
    </w:p>
    <w:p>
      <w:r>
        <w:t>4.2. Арендатор не вправе передавать имущество третьим лицам, сдавать в субаренду и использовать вне зоны: ____________________.</w:t>
      </w:r>
    </w:p>
    <w:p>
      <w:r>
        <w:t>4.3. Арендатор обязуется вернуть имущество в срок, в месте выдачи, в том же состоянии с учётом нормального износа.</w:t>
      </w:r>
    </w:p>
    <w:p>
      <w:r>
        <w:rPr>
          <w:b/>
        </w:rPr>
        <w:t>5. Ответственность</w:t>
      </w:r>
    </w:p>
    <w:p>
      <w:r>
        <w:t>5.1. За просрочку возврата Арендатор уплачивает плату по тарифу за каждый начатый период просрочки.</w:t>
      </w:r>
    </w:p>
    <w:p>
      <w:r>
        <w:t>5.2. Повреждение имущества возмещается Арендатором по стоимости ремонта (прейскурант — приложение к договору).</w:t>
      </w:r>
    </w:p>
    <w:p>
      <w:r>
        <w:t>5.3. Утрата или кража имущества возмещается Арендатором по стоимости замены: ________.</w:t>
      </w:r>
    </w:p>
    <w:p>
      <w:r>
        <w:t>5.4. Арендатор пользуется имуществом на свой риск и несёт ответственность за вред, причинённый третьим лицам.</w:t>
      </w:r>
    </w:p>
    <w:p>
      <w:r>
        <w:rPr>
          <w:b/>
        </w:rPr>
        <w:t>6. Прочие условия</w:t>
      </w:r>
    </w:p>
    <w:p>
      <w:r>
        <w:t>6.1. Арендатор даёт согласие на обработку своих персональных данных в целях исполнения настоящего договора.</w:t>
      </w:r>
    </w:p>
    <w:p>
      <w:r>
        <w:t>6.2. Если договор подписывается электронно, стороны признают простую электронную подпись Арендатора равнозначной собственноручной подписи.</w:t>
      </w:r>
    </w:p>
    <w:p>
      <w:r>
        <w:t>6.3. Споры решаются путём переговоров, а при недостижении согласия — в порядке, установленном законодательством.</w:t>
      </w:r>
    </w:p>
    <w:p>
      <w:r>
        <w:t>Арендатор подтверждает, что прочитал договор и согласен с его условиями.</w:t>
      </w:r>
    </w:p>
    <w:p>
      <w:r>
        <w:t>Образец подготовлен ProkatOS (prokatos.ru). Перед использованием проверьте текст с юристом с учётом законодательства вашей страны.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Арендодатель</w:t>
              <w:br/>
              <w:br/>
              <w:t>________________ / ____________</w:t>
            </w:r>
          </w:p>
        </w:tc>
        <w:tc>
          <w:tcPr>
            <w:tcW w:type="dxa" w:w="4320"/>
          </w:tcPr>
          <w:p>
            <w:r>
              <w:t>Арендатор</w:t>
              <w:br/>
              <w:br/>
              <w:t>________________ / ____________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ПРОКАТА № ____</dc:title>
  <dc:subject/>
  <dc:creator>ProkatOS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